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שבעת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סולם AIAS ואת סוגי משימות ההערכה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על מבנה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תוצר חזותי עם הסבר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המשימה כוללת תמונה ושאלות הסבר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בכל אחת מהערכות שהוצגו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מספר המפגש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(סולם AIAS –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 (מפגש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 טיוטה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מצגת, PDF, חידון, מערך שיעור, מחוון, כרטיס יציאה או פרומפטים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שהמשתתפים יזהו שהתהליך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שהסולם קובע מראש מה מותר לעשות עם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מתוך: תוצר חזותי, מצגת,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ולדון בכל מפגש בנפרד לפני המעבר למפגש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מהערכות בפועל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לסיכום מפגש הדרכה ולשיתוף בין המשתתפים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חומרי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בקורס לומדים איך לבנות משימות הערכה מותאמות לעידן שבו לכל תלמיד יש כלי בינה מלאכותית זמין. דף זה מסכם את מבנה הקורס ואת הרעיונות המרכזיים מכל מפגש.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AIAS  ·  חזותי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 על מבנה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המעבר המרכזי שמוצע במפגש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מהערכת תהליך להערכת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ביטול הערכה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במשימת מפגש 3, איזה סוג תוצר מתבקש התלמיד להגיש?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תוצר חזותי עם הסבר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הקלטת קול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בתוצר חזותי התלמיד גם מסביר בכתב למה בחר את התמונה או המסר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ברוב הערכות למורה בקורס יש גם חידון וגם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סולם __________ עוזר להגדיר כמה בינה מלאכותית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במשימת ״תמונה שמספרת רעיון״ נדרש תוצר __________ לצד הסבר בכתב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מספר המפגש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סולם AIAS – כמה AI מותר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חדשנות פדגוגית והערכה משמעותית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העבודה על משימת סרטון (מפגש 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יצירת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תסריט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כולל בדרך כלל כל ערכה למורה בקורס? ציינו שני פריטים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סולם AIAS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חומרי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