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חומרי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נושאי שבעת המפגשים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עקרונות סולם AIAS ואת סוגי משימות ההערכה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על מבנה 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מבדיקת תוצר מוגמר להערכת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מותר ומה אסור לעשות עם בינה מלאכותית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תוצר חזותי עם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פרזנטציה (מצגת)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את התהליך – תסריט, סטוריבורד, משוב ותיקון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הסולם מוגדר מראש, לפני תחילת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המשימה כוללת תמונה ושאלות הסבר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פרומפט מיוחד להתאמה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בכל אחת מהערכות שהוצגו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מספר המפגש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(חדשנות פדגוגית והערכה משמעותית)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(סולם AIAS – כמה AI מותר במשימה)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(פרזנטציה כמשימת הערכה)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(סרטון כמשימת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על משימת סרטון (מפגש 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סטוריבורד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יצירת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קבלת משוב ותיקון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ענו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מצגת, PDF, חידון, מערך שיעור, מחוון, כרטיס יציאה או פרומפטים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לגלות שלבים קשים או ארוכים ולשכתב אותם מראש, וגם כדי להכין דוגמה לתוצר מוגמר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שהמשתתפים יזהו שהתהליך כולל שלבים, תיעוד ורפלקציה ולא רק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שהסולם קובע מראש מה מותר לעשות עם 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מתוך: תוצר חזותי, מצגת,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בקבוצות קטנות ולדון בכל מפגש בנפרד לפני המעבר למפגש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קצרה מהערכות בפועל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לסיכום מפגש הדרכה ולשיתוף בין המשתתפים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חומרי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בקורס הזה לומדים איך לבדוק עבודות של תלמידים בצורה חדשה, כי היום יש לתלמידים כלים חכמים שעוזרים לכתוב. הדף הזה עוזר לזכור מה למדנו בכל מפגש.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חדשה לבדוק למידה, לא רק לפי תוצר 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שמגדיר כמה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השלבים שהתלמיד עובר עד שמגיע לתוצר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 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תמונה, כרזה או קומיקס שמבטאים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בוט מלווה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עוזר דיגיטלי שמלווה תלמיד לאורך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NotebookLM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לחקר מקורות ותשובות לפי מקורות נתונים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של התלמיד על הדרך שבה עבד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קצרה בסוף שיעור שבודקת הבנה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 על מבנה הקורס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השינוי שמוצע במפגש הראשון בדרך שבה בודקים עבודות?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מהערכת תהליך להערכת 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מבדיקת תוצר מוגמר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הערכה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מעבר לבחינות בעל 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סולם AIAS קובע לפני שהתלמידים מתחילים לעבוד?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זמן ייקח לכתוב את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מותר ומה אסור לעשות עם בינה מלאכותית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תלמידים יעבדו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הציון הסופי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התלמיד מגיש במשימה של מפגש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תוצר חזותי עם הסבר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הקלטת קול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טבלת 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דרגות יש בסולם ה-AIAS?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התוצר שבונים במפגש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פרזנטציה (מצגת)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מודל תלת-ממדי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חשוב לבדוק כשהתלמידים מגישים 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איכות הצילום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אורך הסרטון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התהליך – תסריט, סטוריבורד, משוב ותיקון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מספר הצפיות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AIAS מוגדר רק אחרי שהתלמידים מגישים את העבודה הסופית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בתוצר חזותי התלמיד גם מסביר בכתב למה בחר את התמונה או המסר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בוט מלווה למידה טוב נבנה בלי קשר לגיל התלמידים שישתמשו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ברוב הערכות למורה בקורס יש גם חידון וגם 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סולם __________ עוזר להגדיר כמה בינה מלאכותית מותר להשתמש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בהערכת __________ בודקים שלבים, תיעוד ורפלקציה ולא רק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במשימת ״תמונה שמספרת רעיון״ נדרש תוצר __________ לצד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מלווה את התלמיד לאורך המשימה ועוזר לו ללמוד באופן עצמאי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מספר המפגש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סרטון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חדשנות פדגוגית והערכה משמעותית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מפגש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סולם AIAS – כמה AI מותר במשימה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על משימת סרטון (מפגש 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טיוטה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משוב ותיקון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סטוריבורד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תסריט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ענו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כולל בדרך כלל כל ערכה למורה בקורס? ציינו שני פריטים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שהמורה יבצע בעצמו את משימת ההערכה לפני שהיא מועברת לתלמידים?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סולם AIAS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לתוצר הערכה שנלמד בקורס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 – חומרי הקורס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