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שבעת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סולם AIAS ואת סוגי משימות ההערכה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על מבנה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מותר ומה אסור לעשות עם 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תוצר חזותי עם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פרזנטציה (מצגת)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את התהליך – תסריט, סטוריבורד,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הסולם מוגדר מראש, לפני תחילת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המשימה כוללת תמונה ושאלות הסבר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פרומפט מיוחד להתאמה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בכל אחת מהערכות שהוצגו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מספר המפגש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–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(סרטון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 (מפגש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מצגת, PDF, חידון, מערך שיעור, מחוון, כרטיס יציאה או פרומפטים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לגלות שלבים קשים או ארוכים ולשכתב אותם מראש, וגם כדי להכין דוגמה לתוצר 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שהמשתתפים יזהו שהתהליך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שהסולם קובע מראש מה מותר לעשות עם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מתוך: תוצר חזותי, מצגת,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ולדון בכל מפגש בנפרד לפני המעבר למפגש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מהערכות בפועל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לסיכום מפגש הדרכה ולשיתוף בין המשתתפים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בקורס לומדים איך לבנות משימות הערכה מותאמות לעידן שבו לכל תלמיד יש כלי בינה מלאכותית זמין. דף זה מסכם את מבנה הקורס ואת הרעיונות המרכזיים מכל מפגש.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על מבנה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המעבר המרכזי שמוצע במפגש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מהערכת תהליך להערכת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הערכה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לבחינות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סולם AIAS עוזר להגדיר מראש בעיקר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ייקח לכתוב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מותר ומה אסור לעשות עם 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תלמידים יעבדו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במשימת מפגש 3, איזה סוג תוצר מתבקש התלמיד להגיש?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חזותי עם הסבר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הקלטת קול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יש בסולם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במפגש 4 התוצר המרכזי שנלמד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פרזנטציה (מצגת)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מודל תלת-ממדי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כשהתוצר במפגש 5 הוא סרטון, מה מעריכים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איכות הצילום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אורך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התהליך – תסריט, סטוריבורד, משוב ותיקון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מספר הצפיות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מוגדר רק אחרי שהתלמידים מגישים את העבודה הסופית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גם מסביר בכתב למה בחר את התמונה או המסר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למידה טוב נבנה בלי קשר לגיל התלמידים שישתמשו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הערכות למורה בקורס יש גם חידון וגם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כמה בינה מלאכותית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בהערכת __________ בודקים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״תמונה שמספרת רעיון״ נדרש תוצר __________ לצד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מלווה את התלמיד לאורך המשימה ועוזר לו ללמוד באופן עצמאי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מספר המפגש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חדשנות פדגוגית והערכה משמעותית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סרטון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AIAS – כמה AI מותר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פרזנטציה כמשימת הערכה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משימת סרטון (מפגש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 בדרך כלל כל ערכה למורה בקורס? ציינו שני פריטים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שהמורה יבצע בעצמו את משימת ההערכה לפני שהיא מועברת לתלמידים?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סולם AIAS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לתוצר הערכה שנלמד בקורס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חומרי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